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B0969">
        <w:trPr>
          <w:jc w:val="center"/>
        </w:trPr>
        <w:tc>
          <w:tcPr>
            <w:tcW w:w="5411" w:type="dxa"/>
          </w:tcPr>
          <w:p w:rsidR="001B0969" w:rsidRDefault="001B5DF1" w:rsidP="005A297A">
            <w:r>
              <w:rPr>
                <w:noProof/>
                <w:lang w:val="hr-HR" w:eastAsia="hr-HR"/>
              </w:rPr>
              <w:drawing>
                <wp:inline distT="0" distB="0" distL="0" distR="0">
                  <wp:extent cx="810000" cy="81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akwondo klub Olimp 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00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1" w:type="dxa"/>
          </w:tcPr>
          <w:p w:rsidR="001B0969" w:rsidRDefault="001B5DF1">
            <w:pPr>
              <w:jc w:val="center"/>
            </w:pPr>
            <w:r>
              <w:rPr>
                <w:b/>
                <w:color w:val="111111"/>
                <w:sz w:val="26"/>
              </w:rPr>
              <w:t>TAEKWONDO KLUB OLIMP</w:t>
            </w:r>
          </w:p>
          <w:p w:rsidR="001B0969" w:rsidRDefault="001B5DF1">
            <w:pPr>
              <w:spacing w:after="0"/>
              <w:jc w:val="center"/>
            </w:pPr>
            <w:r>
              <w:rPr>
                <w:sz w:val="16"/>
              </w:rPr>
              <w:t>Maldena Pozajića 18, 10360 Zagreb  |  OIB: 86454861943  |  Matični broj: 6295703</w:t>
            </w:r>
          </w:p>
          <w:p w:rsidR="001B0969" w:rsidRDefault="001B5DF1">
            <w:pPr>
              <w:spacing w:after="0"/>
              <w:jc w:val="center"/>
            </w:pPr>
            <w:r>
              <w:rPr>
                <w:sz w:val="16"/>
              </w:rPr>
              <w:t>E-mail: tkd.olimp.zagreb@gmail.com</w:t>
            </w:r>
          </w:p>
        </w:tc>
      </w:tr>
    </w:tbl>
    <w:p w:rsidR="001B0969" w:rsidRDefault="001B0969">
      <w:pPr>
        <w:pBdr>
          <w:bottom w:val="single" w:sz="20" w:space="1" w:color="C00000"/>
        </w:pBdr>
        <w:spacing w:before="20" w:after="60"/>
      </w:pPr>
    </w:p>
    <w:p w:rsidR="001B0969" w:rsidRDefault="001B5DF1">
      <w:pPr>
        <w:spacing w:after="100"/>
        <w:jc w:val="center"/>
      </w:pPr>
      <w:r>
        <w:rPr>
          <w:b/>
          <w:sz w:val="34"/>
        </w:rPr>
        <w:t>U P I S N I   K A R T O 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rPr>
          <w:jc w:val="center"/>
        </w:trPr>
        <w:tc>
          <w:tcPr>
            <w:tcW w:w="10822" w:type="dxa"/>
            <w:shd w:val="clear" w:color="auto" w:fill="D9D9D9"/>
            <w:vAlign w:val="center"/>
          </w:tcPr>
          <w:p w:rsidR="001B0969" w:rsidRDefault="001B5DF1">
            <w:pPr>
              <w:spacing w:after="0"/>
            </w:pPr>
            <w:r>
              <w:rPr>
                <w:b/>
              </w:rPr>
              <w:t>OSNOVNI PODACI O ČLANU / ČLANICI</w:t>
            </w:r>
          </w:p>
        </w:tc>
      </w:tr>
    </w:tbl>
    <w:p w:rsidR="001B0969" w:rsidRDefault="001B0969">
      <w:pPr>
        <w:spacing w:after="20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1B0969">
        <w:trPr>
          <w:jc w:val="center"/>
        </w:trPr>
        <w:tc>
          <w:tcPr>
            <w:tcW w:w="5411" w:type="dxa"/>
          </w:tcPr>
          <w:tbl>
            <w:tblPr>
              <w:tblW w:w="0" w:type="auto"/>
              <w:tblBorders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  <w:insideH w:val="single" w:sz="6" w:space="0" w:color="808080"/>
                <w:insideV w:val="single" w:sz="6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5"/>
              <w:gridCol w:w="2705"/>
            </w:tblGrid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IME: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PREZIME: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DATUM ROĐENJA: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OIB: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ADRESA STANOVANJA: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ŠKOLA / VRTIĆ: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  <w:tr w:rsidR="001B0969">
              <w:tc>
                <w:tcPr>
                  <w:tcW w:w="2705" w:type="dxa"/>
                  <w:shd w:val="clear" w:color="auto" w:fill="F5F5F5"/>
                  <w:vAlign w:val="center"/>
                </w:tcPr>
                <w:p w:rsidR="001B0969" w:rsidRDefault="001B5DF1">
                  <w:pPr>
                    <w:spacing w:after="0"/>
                  </w:pPr>
                  <w:r>
                    <w:rPr>
                      <w:sz w:val="16"/>
                    </w:rPr>
                    <w:t>RAZRED + RAZREDNIK / ICA:</w:t>
                  </w:r>
                </w:p>
              </w:tc>
              <w:tc>
                <w:tcPr>
                  <w:tcW w:w="2705" w:type="dxa"/>
                  <w:vAlign w:val="center"/>
                </w:tcPr>
                <w:p w:rsidR="001B0969" w:rsidRDefault="001B0969">
                  <w:pPr>
                    <w:spacing w:after="0"/>
                  </w:pPr>
                </w:p>
              </w:tc>
            </w:tr>
          </w:tbl>
          <w:p w:rsidR="001B0969" w:rsidRDefault="001B0969"/>
        </w:tc>
        <w:tc>
          <w:tcPr>
            <w:tcW w:w="5411" w:type="dxa"/>
            <w:shd w:val="clear" w:color="auto" w:fill="FAFAF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b/>
                <w:color w:val="C00000"/>
                <w:sz w:val="18"/>
              </w:rPr>
              <w:t>POPUNJAVA TRENER / ICA</w:t>
            </w:r>
          </w:p>
          <w:p w:rsidR="001B0969" w:rsidRDefault="001B5DF1">
            <w:pPr>
              <w:spacing w:before="120" w:after="40"/>
            </w:pPr>
            <w:r>
              <w:t>LOKACIJA: __________________________</w:t>
            </w:r>
          </w:p>
          <w:p w:rsidR="001B0969" w:rsidRDefault="001B5DF1">
            <w:pPr>
              <w:spacing w:before="120" w:after="40"/>
            </w:pPr>
            <w:r>
              <w:t>TERMIN TRENINGA: __________________</w:t>
            </w:r>
          </w:p>
          <w:p w:rsidR="001B0969" w:rsidRDefault="001B5DF1">
            <w:pPr>
              <w:spacing w:before="120" w:after="40"/>
            </w:pPr>
            <w:r>
              <w:t>TRENER / ICA: ______________________</w:t>
            </w:r>
          </w:p>
          <w:p w:rsidR="001B0969" w:rsidRDefault="001B5DF1">
            <w:pPr>
              <w:spacing w:before="120" w:after="40"/>
            </w:pPr>
            <w:r>
              <w:t>GRUPA: _____________________________</w:t>
            </w:r>
          </w:p>
        </w:tc>
      </w:tr>
    </w:tbl>
    <w:p w:rsidR="001B0969" w:rsidRDefault="001B0969">
      <w:pPr>
        <w:pBdr>
          <w:bottom w:val="single" w:sz="20" w:space="1" w:color="C00000"/>
        </w:pBdr>
        <w:spacing w:before="2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rPr>
          <w:jc w:val="center"/>
        </w:trPr>
        <w:tc>
          <w:tcPr>
            <w:tcW w:w="10822" w:type="dxa"/>
            <w:shd w:val="clear" w:color="auto" w:fill="D9D9D9"/>
            <w:vAlign w:val="center"/>
          </w:tcPr>
          <w:p w:rsidR="001B0969" w:rsidRDefault="001B5DF1">
            <w:pPr>
              <w:spacing w:after="0"/>
            </w:pPr>
            <w:r>
              <w:rPr>
                <w:b/>
              </w:rPr>
              <w:t>PODACI O RODITELJIMA / SKRBNICIMA</w:t>
            </w:r>
          </w:p>
        </w:tc>
      </w:tr>
    </w:tbl>
    <w:p w:rsidR="001B0969" w:rsidRDefault="001B0969">
      <w:pPr>
        <w:spacing w:after="20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1B0969">
        <w:trPr>
          <w:jc w:val="center"/>
        </w:trPr>
        <w:tc>
          <w:tcPr>
            <w:tcW w:w="3607" w:type="dxa"/>
            <w:shd w:val="clear" w:color="auto" w:fill="D9D9D9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shd w:val="clear" w:color="auto" w:fill="D9D9D9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b/>
              </w:rPr>
              <w:t>OTAC / SKRBNIK</w:t>
            </w:r>
          </w:p>
        </w:tc>
        <w:tc>
          <w:tcPr>
            <w:tcW w:w="3607" w:type="dxa"/>
            <w:shd w:val="clear" w:color="auto" w:fill="D9D9D9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b/>
              </w:rPr>
              <w:t>MAJKA / SKRBNICA</w:t>
            </w: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IME I PREZIME: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OIB: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ADRESA: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ZAPOSLEN/A (DA/NE):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ZANIMANJE: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TELEFON / MOBITEL: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rPr>
          <w:jc w:val="center"/>
        </w:trPr>
        <w:tc>
          <w:tcPr>
            <w:tcW w:w="3607" w:type="dxa"/>
            <w:shd w:val="clear" w:color="auto" w:fill="F5F5F5"/>
            <w:vAlign w:val="center"/>
          </w:tcPr>
          <w:p w:rsidR="001B0969" w:rsidRDefault="001B5DF1">
            <w:pPr>
              <w:spacing w:after="0"/>
            </w:pPr>
            <w:r>
              <w:rPr>
                <w:sz w:val="15"/>
              </w:rPr>
              <w:t>E-MAIL:</w:t>
            </w: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  <w:tc>
          <w:tcPr>
            <w:tcW w:w="3607" w:type="dxa"/>
            <w:vAlign w:val="center"/>
          </w:tcPr>
          <w:p w:rsidR="001B0969" w:rsidRDefault="001B0969">
            <w:pPr>
              <w:spacing w:after="0"/>
            </w:pPr>
          </w:p>
        </w:tc>
      </w:tr>
    </w:tbl>
    <w:p w:rsidR="001B0969" w:rsidRDefault="001B0969">
      <w:pPr>
        <w:pBdr>
          <w:bottom w:val="single" w:sz="20" w:space="1" w:color="C00000"/>
        </w:pBdr>
        <w:spacing w:before="2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rPr>
          <w:jc w:val="center"/>
        </w:trPr>
        <w:tc>
          <w:tcPr>
            <w:tcW w:w="10822" w:type="dxa"/>
            <w:shd w:val="clear" w:color="auto" w:fill="D9D9D9"/>
            <w:vAlign w:val="center"/>
          </w:tcPr>
          <w:p w:rsidR="001B0969" w:rsidRDefault="001B5DF1">
            <w:pPr>
              <w:spacing w:after="0"/>
            </w:pPr>
            <w:r>
              <w:rPr>
                <w:b/>
              </w:rPr>
              <w:t>OSTALI PODACI</w:t>
            </w:r>
          </w:p>
        </w:tc>
      </w:tr>
    </w:tbl>
    <w:p w:rsidR="001B0969" w:rsidRDefault="001B0969">
      <w:pPr>
        <w:spacing w:after="20"/>
      </w:pPr>
    </w:p>
    <w:p w:rsidR="001B0969" w:rsidRDefault="001B5DF1">
      <w:pPr>
        <w:spacing w:after="20"/>
      </w:pPr>
      <w:r>
        <w:rPr>
          <w:b/>
          <w:sz w:val="16"/>
        </w:rPr>
        <w:t xml:space="preserve">BAVLJENJE OSTALIM SPORTOVIMA </w:t>
      </w:r>
      <w:r>
        <w:rPr>
          <w:i/>
          <w:sz w:val="15"/>
        </w:rPr>
        <w:t>(prije upisa i aktivno)</w:t>
      </w:r>
    </w:p>
    <w:tbl>
      <w:tblPr>
        <w:tblW w:w="0" w:type="auto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c>
          <w:tcPr>
            <w:tcW w:w="10822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c>
          <w:tcPr>
            <w:tcW w:w="10822" w:type="dxa"/>
            <w:vAlign w:val="center"/>
          </w:tcPr>
          <w:p w:rsidR="001B0969" w:rsidRDefault="001B0969">
            <w:pPr>
              <w:spacing w:after="0"/>
            </w:pPr>
          </w:p>
        </w:tc>
      </w:tr>
    </w:tbl>
    <w:p w:rsidR="001B0969" w:rsidRDefault="001B5DF1">
      <w:pPr>
        <w:spacing w:after="20"/>
      </w:pPr>
      <w:r>
        <w:rPr>
          <w:b/>
          <w:sz w:val="16"/>
        </w:rPr>
        <w:t xml:space="preserve">ZDRAVSTVENE NAPOMENE </w:t>
      </w:r>
      <w:r>
        <w:rPr>
          <w:i/>
          <w:sz w:val="15"/>
        </w:rPr>
        <w:t>(alergije, terapije, ozljede, fizičke poteškoće, poteškoće u komunikaciji i druge važne informacije)</w:t>
      </w:r>
    </w:p>
    <w:tbl>
      <w:tblPr>
        <w:tblW w:w="0" w:type="auto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c>
          <w:tcPr>
            <w:tcW w:w="10822" w:type="dxa"/>
            <w:vAlign w:val="center"/>
          </w:tcPr>
          <w:p w:rsidR="001B0969" w:rsidRDefault="001B0969">
            <w:pPr>
              <w:spacing w:after="0"/>
            </w:pPr>
          </w:p>
        </w:tc>
      </w:tr>
      <w:tr w:rsidR="001B0969">
        <w:tc>
          <w:tcPr>
            <w:tcW w:w="10822" w:type="dxa"/>
            <w:vAlign w:val="center"/>
          </w:tcPr>
          <w:p w:rsidR="001B0969" w:rsidRDefault="001B0969">
            <w:pPr>
              <w:spacing w:after="0"/>
            </w:pPr>
          </w:p>
        </w:tc>
      </w:tr>
    </w:tbl>
    <w:p w:rsidR="001B0969" w:rsidRDefault="001B5DF1">
      <w:pPr>
        <w:spacing w:after="20"/>
      </w:pPr>
      <w:r>
        <w:rPr>
          <w:b/>
          <w:sz w:val="16"/>
        </w:rPr>
        <w:t xml:space="preserve">NAPOMENA RODITELJA / SKRBNIKA </w:t>
      </w:r>
    </w:p>
    <w:tbl>
      <w:tblPr>
        <w:tblW w:w="0" w:type="auto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c>
          <w:tcPr>
            <w:tcW w:w="10822" w:type="dxa"/>
            <w:vAlign w:val="center"/>
          </w:tcPr>
          <w:p w:rsidR="001B0969" w:rsidRDefault="001B0969">
            <w:pPr>
              <w:spacing w:after="0"/>
            </w:pPr>
          </w:p>
        </w:tc>
      </w:tr>
    </w:tbl>
    <w:p w:rsidR="001B0969" w:rsidRDefault="001B0969">
      <w:pPr>
        <w:pBdr>
          <w:bottom w:val="single" w:sz="20" w:space="1" w:color="C00000"/>
        </w:pBdr>
        <w:spacing w:before="20"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22"/>
      </w:tblGrid>
      <w:tr w:rsidR="001B0969">
        <w:trPr>
          <w:jc w:val="center"/>
        </w:trPr>
        <w:tc>
          <w:tcPr>
            <w:tcW w:w="10822" w:type="dxa"/>
            <w:shd w:val="clear" w:color="auto" w:fill="D9D9D9"/>
            <w:vAlign w:val="center"/>
          </w:tcPr>
          <w:p w:rsidR="001B0969" w:rsidRDefault="001B5DF1">
            <w:pPr>
              <w:spacing w:after="0"/>
            </w:pPr>
            <w:r>
              <w:rPr>
                <w:b/>
              </w:rPr>
              <w:t>POTVRDA UPISA</w:t>
            </w:r>
          </w:p>
        </w:tc>
      </w:tr>
    </w:tbl>
    <w:p w:rsidR="001B0969" w:rsidRDefault="001B0969">
      <w:pPr>
        <w:spacing w:after="2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1B0969">
        <w:trPr>
          <w:jc w:val="center"/>
        </w:trPr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5"/>
              </w:rPr>
              <w:t>DATUM PRISTUPANJA</w:t>
            </w:r>
          </w:p>
        </w:tc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5"/>
              </w:rPr>
              <w:t>POTPIS ČLANA / ČLANICE</w:t>
            </w:r>
            <w:r>
              <w:rPr>
                <w:sz w:val="15"/>
              </w:rPr>
              <w:br/>
              <w:t>(ili roditelja / skrbnika)</w:t>
            </w:r>
          </w:p>
        </w:tc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5"/>
              </w:rPr>
              <w:t>POTPIS ODGOVORNE OSOBE KLUBA</w:t>
            </w:r>
          </w:p>
        </w:tc>
      </w:tr>
      <w:tr w:rsidR="001B0969">
        <w:trPr>
          <w:jc w:val="center"/>
        </w:trPr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6"/>
              </w:rPr>
              <w:br/>
              <w:t>____________________________</w:t>
            </w:r>
          </w:p>
        </w:tc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6"/>
              </w:rPr>
              <w:br/>
              <w:t>____________________________</w:t>
            </w:r>
          </w:p>
        </w:tc>
        <w:tc>
          <w:tcPr>
            <w:tcW w:w="3607" w:type="dxa"/>
            <w:vAlign w:val="center"/>
          </w:tcPr>
          <w:p w:rsidR="001B0969" w:rsidRDefault="001B5DF1">
            <w:pPr>
              <w:spacing w:after="0"/>
              <w:jc w:val="center"/>
            </w:pPr>
            <w:r>
              <w:rPr>
                <w:sz w:val="16"/>
              </w:rPr>
              <w:br/>
              <w:t>____________________________</w:t>
            </w:r>
          </w:p>
        </w:tc>
      </w:tr>
    </w:tbl>
    <w:p w:rsidR="001B0969" w:rsidRDefault="001B5DF1">
      <w:pPr>
        <w:spacing w:before="40" w:after="20"/>
        <w:jc w:val="center"/>
      </w:pPr>
      <w:r>
        <w:rPr>
          <w:sz w:val="14"/>
        </w:rPr>
        <w:t>Svojim potpisom potvrđujem pristupanje Taekwondo klubu Olimp te prihvaćam obveze člana propisane Statutom i drugim aktima Kluba.</w:t>
      </w:r>
    </w:p>
    <w:p w:rsidR="001B0969" w:rsidRDefault="001B5DF1">
      <w:pPr>
        <w:spacing w:after="20"/>
        <w:jc w:val="center"/>
      </w:pPr>
      <w:r>
        <w:rPr>
          <w:sz w:val="14"/>
        </w:rPr>
        <w:t>Podaci iz ovog kartona koriste se za potrebe evidencije članstva i provedbe aktivnosti Kluba, u skladu s važećim propisima o zaštiti osobnih podataka.</w:t>
      </w:r>
    </w:p>
    <w:p w:rsidR="001B0969" w:rsidRDefault="001B5DF1">
      <w:r>
        <w:br w:type="page"/>
      </w:r>
    </w:p>
    <w:p w:rsidR="001B0969" w:rsidRDefault="001B5DF1">
      <w:pPr>
        <w:spacing w:after="40"/>
        <w:jc w:val="center"/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756000" cy="75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kwondo klub Olimp 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969" w:rsidRDefault="001B5DF1">
      <w:pPr>
        <w:jc w:val="center"/>
      </w:pPr>
      <w:r>
        <w:rPr>
          <w:b/>
          <w:sz w:val="26"/>
        </w:rPr>
        <w:t>TAEKWONDO KLUB OLIMP</w:t>
      </w:r>
    </w:p>
    <w:p w:rsidR="001B0969" w:rsidRDefault="001B5DF1">
      <w:pPr>
        <w:spacing w:after="100"/>
        <w:jc w:val="center"/>
      </w:pPr>
      <w:r>
        <w:rPr>
          <w:b/>
          <w:sz w:val="28"/>
        </w:rPr>
        <w:t>PRIVOLE I IZJAVE ČLANA / RODITELJA / SKRBNIKA</w:t>
      </w:r>
    </w:p>
    <w:p w:rsidR="001B0969" w:rsidRDefault="001B0969">
      <w:pPr>
        <w:pBdr>
          <w:bottom w:val="single" w:sz="20" w:space="1" w:color="C00000"/>
        </w:pBdr>
        <w:spacing w:before="20" w:after="60"/>
      </w:pPr>
    </w:p>
    <w:p w:rsidR="001B0969" w:rsidRDefault="001B5DF1">
      <w:pPr>
        <w:jc w:val="both"/>
      </w:pPr>
      <w:r>
        <w:rPr>
          <w:b/>
          <w:color w:val="C00000"/>
          <w:sz w:val="20"/>
        </w:rPr>
        <w:t>PRIVOLA ZA OBRADU OSOBNIH PODATAKA</w:t>
      </w:r>
    </w:p>
    <w:p w:rsidR="001B0969" w:rsidRDefault="001B5DF1">
      <w:pPr>
        <w:spacing w:after="80"/>
        <w:jc w:val="both"/>
      </w:pPr>
      <w:r>
        <w:t>Potpisom ovog upisnog kartona potvrđujem da sam upoznat/a da Taekwondo klub Olimp, kao voditelj obrade, prikuplja i obrađuje osobne podatke člana i roditelja/skrbnika u svrhu vođenja evidencije članstva, organizacije treninga i natjecanja, komunikacije s članovima i roditeljima/skrbnicima, izdavanja članske dokumentacije, izvršavanja zakonskih i statutom propisanih obveza te provedbe aktivnosti Kluba.</w:t>
      </w:r>
    </w:p>
    <w:p w:rsidR="001B0969" w:rsidRDefault="001B5DF1">
      <w:pPr>
        <w:jc w:val="both"/>
      </w:pPr>
      <w:r>
        <w:rPr>
          <w:b/>
          <w:color w:val="C00000"/>
          <w:sz w:val="20"/>
        </w:rPr>
        <w:t>PRIVOLA ZA FOTOGRAFIRANJE I SNIMANJE</w:t>
      </w:r>
    </w:p>
    <w:p w:rsidR="001B0969" w:rsidRDefault="001B5DF1">
      <w:pPr>
        <w:spacing w:after="60"/>
        <w:jc w:val="both"/>
      </w:pPr>
      <w:r>
        <w:t>Molimo označiti:</w:t>
      </w:r>
    </w:p>
    <w:p w:rsidR="001B0969" w:rsidRDefault="001B5DF1">
      <w:pPr>
        <w:spacing w:after="80"/>
        <w:ind w:left="227"/>
      </w:pPr>
      <w:r>
        <w:t>☐  DA, dajem privolu za fotografiranje i video/audio snimanje djeteta/člana tijekom treninga, natjecanja, polaganja, priprema i drugih klupskih aktivnosti te za objavu takvih sadržaja u svrhu informiranja i promocije Kluba na službenim društvenim mrežama, internetskim stranicama i promotivnim materijalima.</w:t>
      </w:r>
    </w:p>
    <w:p w:rsidR="001B0969" w:rsidRDefault="001B5DF1">
      <w:pPr>
        <w:spacing w:after="80"/>
        <w:ind w:left="227"/>
      </w:pPr>
      <w:r>
        <w:t>☐  NE, ne dajem privolu za objavu fotografija i video/audio snimaka djeteta/člana u promotivne svrhe Kluba.</w:t>
      </w:r>
    </w:p>
    <w:p w:rsidR="001B0969" w:rsidRDefault="001B5DF1">
      <w:pPr>
        <w:jc w:val="both"/>
      </w:pPr>
      <w:r>
        <w:rPr>
          <w:b/>
          <w:color w:val="C00000"/>
          <w:sz w:val="20"/>
        </w:rPr>
        <w:t>KOMUNIKACIJA I OBAVIJESTI</w:t>
      </w:r>
    </w:p>
    <w:p w:rsidR="001B0969" w:rsidRDefault="001B5DF1">
      <w:pPr>
        <w:spacing w:after="100"/>
        <w:jc w:val="both"/>
      </w:pPr>
      <w:r>
        <w:t>Suglasan/na sam da Klub koristi navedeni broj telefona i e-mail adresu za slanje obavijesti vezanih uz treninge, natjecanja, članarinu, događanja i druge aktivnosti Kluba.</w:t>
      </w:r>
    </w:p>
    <w:p w:rsidR="001B0969" w:rsidRDefault="001B5DF1">
      <w:pPr>
        <w:jc w:val="both"/>
      </w:pPr>
      <w:r>
        <w:rPr>
          <w:b/>
          <w:color w:val="C00000"/>
          <w:sz w:val="20"/>
        </w:rPr>
        <w:t>IZJAVA O ZDRAVSTVENIM PODACIMA</w:t>
      </w:r>
    </w:p>
    <w:p w:rsidR="001B0969" w:rsidRDefault="001B5DF1">
      <w:pPr>
        <w:spacing w:after="100"/>
        <w:jc w:val="both"/>
      </w:pPr>
      <w:r>
        <w:t>Potvrđujem da sam u upisnom kartonu naveo/la sve meni poznate zdravstvene okolnosti koje mogu biti važne za sigurno sudjelovanje člana u sportskim aktivnostima te se obvezujem Klub pravodobno obavijestiti o bitnim promjenama.</w:t>
      </w:r>
    </w:p>
    <w:p w:rsidR="001B0969" w:rsidRDefault="001B5DF1">
      <w:pPr>
        <w:jc w:val="both"/>
      </w:pPr>
      <w:r>
        <w:rPr>
          <w:b/>
          <w:color w:val="C00000"/>
          <w:sz w:val="20"/>
        </w:rPr>
        <w:t>POVLAČENJE PRIVOLA</w:t>
      </w:r>
    </w:p>
    <w:p w:rsidR="001B0969" w:rsidRDefault="001B5DF1">
      <w:pPr>
        <w:spacing w:after="120"/>
        <w:jc w:val="both"/>
      </w:pPr>
      <w:r>
        <w:t>Privola za fotografiranje, snimanje i promotivnu objavu može se povući u bilo kojem trenutku za buduće obrade, slanjem zahtjeva na e-mail tkd.olimp.zagreb@gmail.com ili pisanim putem Klubu. Povlačenje privole ne utječe na zakonitost obrade provedene prije njezina povlačenja.</w:t>
      </w:r>
    </w:p>
    <w:p w:rsidR="001B0969" w:rsidRDefault="001B0969">
      <w:pPr>
        <w:pBdr>
          <w:bottom w:val="single" w:sz="20" w:space="1" w:color="C00000"/>
        </w:pBdr>
        <w:spacing w:before="20" w:after="60"/>
      </w:pPr>
    </w:p>
    <w:p w:rsidR="001B0969" w:rsidRPr="005A297A" w:rsidRDefault="001B5DF1">
      <w:pPr>
        <w:spacing w:after="80"/>
        <w:rPr>
          <w:sz w:val="20"/>
          <w:szCs w:val="20"/>
        </w:rPr>
      </w:pPr>
      <w:r w:rsidRPr="005A297A">
        <w:rPr>
          <w:b/>
          <w:sz w:val="20"/>
          <w:szCs w:val="20"/>
        </w:rPr>
        <w:t xml:space="preserve">IME I PREZIME ČLANA / DJETETA: </w:t>
      </w:r>
      <w:r w:rsidRPr="005A297A">
        <w:rPr>
          <w:sz w:val="20"/>
          <w:szCs w:val="20"/>
        </w:rPr>
        <w:t>____________________________________________________________</w:t>
      </w:r>
    </w:p>
    <w:p w:rsidR="001B0969" w:rsidRPr="005A297A" w:rsidRDefault="001B5DF1">
      <w:pPr>
        <w:spacing w:after="80"/>
        <w:rPr>
          <w:sz w:val="20"/>
          <w:szCs w:val="20"/>
        </w:rPr>
      </w:pPr>
      <w:r w:rsidRPr="005A297A">
        <w:rPr>
          <w:b/>
          <w:sz w:val="20"/>
          <w:szCs w:val="20"/>
        </w:rPr>
        <w:t xml:space="preserve">IME I PREZIME RODITELJA / SKRBNIKA: </w:t>
      </w:r>
      <w:r w:rsidRPr="005A297A">
        <w:rPr>
          <w:sz w:val="20"/>
          <w:szCs w:val="20"/>
        </w:rPr>
        <w:t>________________________________________________</w:t>
      </w:r>
    </w:p>
    <w:p w:rsidR="001B0969" w:rsidRPr="005A297A" w:rsidRDefault="001B5DF1">
      <w:pPr>
        <w:spacing w:after="160"/>
        <w:rPr>
          <w:sz w:val="20"/>
          <w:szCs w:val="20"/>
        </w:rPr>
      </w:pPr>
      <w:proofErr w:type="gramStart"/>
      <w:r w:rsidRPr="005A297A">
        <w:rPr>
          <w:sz w:val="20"/>
          <w:szCs w:val="20"/>
        </w:rPr>
        <w:t>U Zagrebu, __________________ 2026.</w:t>
      </w:r>
      <w:proofErr w:type="gramEnd"/>
      <w:r w:rsidRPr="005A297A">
        <w:rPr>
          <w:sz w:val="20"/>
          <w:szCs w:val="20"/>
        </w:rPr>
        <w:t xml:space="preserve"> </w:t>
      </w:r>
      <w:proofErr w:type="gramStart"/>
      <w:r w:rsidRPr="005A297A">
        <w:rPr>
          <w:sz w:val="20"/>
          <w:szCs w:val="20"/>
        </w:rPr>
        <w:t>godine</w:t>
      </w:r>
      <w:proofErr w:type="gramEnd"/>
    </w:p>
    <w:p w:rsidR="001B0969" w:rsidRPr="005A297A" w:rsidRDefault="001B5DF1">
      <w:pPr>
        <w:jc w:val="right"/>
        <w:rPr>
          <w:sz w:val="20"/>
          <w:szCs w:val="20"/>
        </w:rPr>
      </w:pPr>
      <w:bookmarkStart w:id="0" w:name="_GoBack"/>
      <w:bookmarkEnd w:id="0"/>
      <w:r w:rsidRPr="005A297A">
        <w:rPr>
          <w:b/>
          <w:sz w:val="20"/>
          <w:szCs w:val="20"/>
        </w:rPr>
        <w:t>POTPIS: _____________________________________</w:t>
      </w:r>
    </w:p>
    <w:sectPr w:rsidR="001B0969" w:rsidRPr="005A297A" w:rsidSect="00034616">
      <w:footerReference w:type="default" r:id="rId10"/>
      <w:pgSz w:w="12240" w:h="15840"/>
      <w:pgMar w:top="624" w:right="709" w:bottom="624" w:left="709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C24" w:rsidRDefault="009A0C24">
      <w:pPr>
        <w:spacing w:after="0" w:line="240" w:lineRule="auto"/>
      </w:pPr>
      <w:r>
        <w:separator/>
      </w:r>
    </w:p>
  </w:endnote>
  <w:endnote w:type="continuationSeparator" w:id="0">
    <w:p w:rsidR="009A0C24" w:rsidRDefault="009A0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969" w:rsidRDefault="001B5DF1">
    <w:pPr>
      <w:pStyle w:val="Footer"/>
      <w:jc w:val="center"/>
    </w:pPr>
    <w:r>
      <w:rPr>
        <w:color w:val="666666"/>
        <w:sz w:val="14"/>
      </w:rPr>
      <w:t>Taekwondo klub Olimp • Maldena Pozajića 18, 10360 Zagreb • tkd.olimp.zagreb@gmail.com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C24" w:rsidRDefault="009A0C24">
      <w:pPr>
        <w:spacing w:after="0" w:line="240" w:lineRule="auto"/>
      </w:pPr>
      <w:r>
        <w:separator/>
      </w:r>
    </w:p>
  </w:footnote>
  <w:footnote w:type="continuationSeparator" w:id="0">
    <w:p w:rsidR="009A0C24" w:rsidRDefault="009A0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0969"/>
    <w:rsid w:val="001B5DF1"/>
    <w:rsid w:val="0029639D"/>
    <w:rsid w:val="00326F90"/>
    <w:rsid w:val="005A297A"/>
    <w:rsid w:val="008E2CC8"/>
    <w:rsid w:val="009A0C2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E2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C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E2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C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6D62D2-DC4B-48F3-8538-841A2924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korisnik</cp:lastModifiedBy>
  <cp:revision>3</cp:revision>
  <dcterms:created xsi:type="dcterms:W3CDTF">2026-08-13T11:23:00Z</dcterms:created>
  <dcterms:modified xsi:type="dcterms:W3CDTF">2026-08-27T08:25:00Z</dcterms:modified>
</cp:coreProperties>
</file>